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79FAB" w14:textId="77777777" w:rsidR="00B62F73" w:rsidRDefault="00B62F73" w:rsidP="00B62F73">
      <w:pPr>
        <w:rPr>
          <w:b/>
          <w:color w:val="1F4E79"/>
          <w:sz w:val="40"/>
        </w:rPr>
      </w:pPr>
      <w:r w:rsidRPr="00B62F73">
        <w:rPr>
          <w:b/>
          <w:noProof/>
          <w:color w:val="1F4E79"/>
          <w:sz w:val="40"/>
        </w:rPr>
        <w:drawing>
          <wp:inline distT="0" distB="0" distL="0" distR="0" wp14:anchorId="42492D7B" wp14:editId="5AF117B5">
            <wp:extent cx="1380744" cy="1014984"/>
            <wp:effectExtent l="0" t="0" r="0" b="0"/>
            <wp:docPr id="1" name="Picture 1" descr="John Jay College of Criminal Justi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John Jay College of Criminal Justice logo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074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2B046" w14:textId="4070B11E" w:rsidR="002240B9" w:rsidRDefault="00C040F0" w:rsidP="00B62F73">
      <w:pPr>
        <w:spacing w:after="0"/>
        <w:jc w:val="center"/>
      </w:pPr>
      <w:r>
        <w:rPr>
          <w:b/>
          <w:color w:val="1F4E79"/>
          <w:sz w:val="40"/>
        </w:rPr>
        <w:t>CUNYfirst Grade Submission Guide</w:t>
      </w:r>
    </w:p>
    <w:p w14:paraId="2C01343D" w14:textId="5A0831AA" w:rsidR="002240B9" w:rsidRDefault="00C040F0" w:rsidP="00B62F73">
      <w:pPr>
        <w:spacing w:after="0"/>
        <w:jc w:val="center"/>
      </w:pPr>
      <w:r>
        <w:t>How to Enter and Submit Final Grades in CUNYfirst</w:t>
      </w:r>
    </w:p>
    <w:p w14:paraId="07662579" w14:textId="77777777" w:rsidR="00B62F73" w:rsidRDefault="00B62F73" w:rsidP="00B62F73">
      <w:pPr>
        <w:spacing w:after="0"/>
        <w:jc w:val="center"/>
      </w:pPr>
    </w:p>
    <w:p w14:paraId="453DD496" w14:textId="77777777" w:rsidR="002240B9" w:rsidRDefault="00C040F0">
      <w:r>
        <w:rPr>
          <w:b/>
          <w:color w:val="4471C4"/>
          <w:sz w:val="28"/>
        </w:rPr>
        <w:t>Step 1: Log In to CUNYfirst</w:t>
      </w:r>
    </w:p>
    <w:p w14:paraId="701162D2" w14:textId="053BFC68" w:rsidR="002240B9" w:rsidRDefault="00C040F0">
      <w:pPr>
        <w:pStyle w:val="ListBullet"/>
      </w:pPr>
      <w:r>
        <w:t xml:space="preserve">Go to </w:t>
      </w:r>
      <w:hyperlink r:id="rId9" w:history="1">
        <w:r w:rsidRPr="00B62F73">
          <w:rPr>
            <w:rStyle w:val="Hyperlink"/>
          </w:rPr>
          <w:t>https://home.cunyfirst.cuny.edu</w:t>
        </w:r>
      </w:hyperlink>
      <w:r>
        <w:t>.</w:t>
      </w:r>
    </w:p>
    <w:p w14:paraId="6608F471" w14:textId="77777777" w:rsidR="002240B9" w:rsidRDefault="00C040F0">
      <w:pPr>
        <w:pStyle w:val="ListBullet"/>
      </w:pPr>
      <w:r>
        <w:t>Enter your CUNYfirst credentials and sign in.</w:t>
      </w:r>
    </w:p>
    <w:p w14:paraId="00969176" w14:textId="77777777" w:rsidR="002240B9" w:rsidRDefault="00C040F0">
      <w:r>
        <w:rPr>
          <w:b/>
          <w:color w:val="4471C4"/>
          <w:sz w:val="28"/>
        </w:rPr>
        <w:t>Step 2: Access Your Grade Roster</w:t>
      </w:r>
    </w:p>
    <w:p w14:paraId="2B56F964" w14:textId="77777777" w:rsidR="002240B9" w:rsidRDefault="00C040F0">
      <w:pPr>
        <w:pStyle w:val="ListBullet"/>
      </w:pPr>
      <w:r>
        <w:t>From the CUNYfirst home page, select the Faculty Center tile.</w:t>
      </w:r>
    </w:p>
    <w:p w14:paraId="42AA3A89" w14:textId="77777777" w:rsidR="002240B9" w:rsidRDefault="00C040F0">
      <w:pPr>
        <w:pStyle w:val="ListBullet"/>
      </w:pPr>
      <w:r>
        <w:t>Click the Grade Roster tile.</w:t>
      </w:r>
    </w:p>
    <w:p w14:paraId="17946A82" w14:textId="77777777" w:rsidR="002240B9" w:rsidRDefault="00C040F0">
      <w:pPr>
        <w:pStyle w:val="ListBullet"/>
      </w:pPr>
      <w:r>
        <w:t>Locate your course and select the Grade Roster icon.</w:t>
      </w:r>
    </w:p>
    <w:p w14:paraId="33C6B905" w14:textId="77777777" w:rsidR="002240B9" w:rsidRDefault="00C040F0">
      <w:pPr>
        <w:pStyle w:val="ListBullet"/>
      </w:pPr>
      <w:r w:rsidRPr="00B62F73">
        <w:rPr>
          <w:b/>
          <w:bCs/>
        </w:rPr>
        <w:t>Note:</w:t>
      </w:r>
      <w:r>
        <w:t xml:space="preserve"> Grade rosters become available on the first day of final exams.</w:t>
      </w:r>
    </w:p>
    <w:p w14:paraId="69B4CCB4" w14:textId="77777777" w:rsidR="002240B9" w:rsidRDefault="00C040F0">
      <w:r>
        <w:rPr>
          <w:b/>
          <w:color w:val="4471C4"/>
          <w:sz w:val="28"/>
        </w:rPr>
        <w:t>Step 3: Navigate Between Terms or Classes</w:t>
      </w:r>
    </w:p>
    <w:p w14:paraId="581E1810" w14:textId="77777777" w:rsidR="002240B9" w:rsidRDefault="00C040F0">
      <w:pPr>
        <w:pStyle w:val="ListBullet"/>
      </w:pPr>
      <w:r>
        <w:t>Use Change Term to select a different term or institution.</w:t>
      </w:r>
    </w:p>
    <w:p w14:paraId="158E15A0" w14:textId="77777777" w:rsidR="002240B9" w:rsidRDefault="00C040F0">
      <w:pPr>
        <w:pStyle w:val="ListBullet"/>
      </w:pPr>
      <w:r>
        <w:t>Use Change Class to switch to another course section.</w:t>
      </w:r>
    </w:p>
    <w:p w14:paraId="06E05F9D" w14:textId="77777777" w:rsidR="002240B9" w:rsidRDefault="00C040F0">
      <w:r>
        <w:rPr>
          <w:b/>
          <w:color w:val="4471C4"/>
          <w:sz w:val="28"/>
        </w:rPr>
        <w:t>Step 4: Enter Student Grades</w:t>
      </w:r>
    </w:p>
    <w:p w14:paraId="68C0BE42" w14:textId="77777777" w:rsidR="002240B9" w:rsidRDefault="00C040F0">
      <w:pPr>
        <w:pStyle w:val="ListBullet"/>
      </w:pPr>
      <w:r w:rsidRPr="00B62F73">
        <w:rPr>
          <w:b/>
          <w:bCs/>
        </w:rPr>
        <w:t>Individual Entry:</w:t>
      </w:r>
      <w:r>
        <w:t xml:space="preserve"> Select the appropriate grade for each student from the drop-down list.</w:t>
      </w:r>
    </w:p>
    <w:p w14:paraId="454FDAF8" w14:textId="77777777" w:rsidR="002240B9" w:rsidRDefault="00C040F0">
      <w:pPr>
        <w:pStyle w:val="ListBullet"/>
      </w:pPr>
      <w:r w:rsidRPr="006D6A7C">
        <w:rPr>
          <w:b/>
          <w:bCs/>
        </w:rPr>
        <w:t>Bulk Entry:</w:t>
      </w:r>
      <w:r>
        <w:t xml:space="preserve"> Select students receiving the same grade, choose the grade, and click "Add this grade to selected students".</w:t>
      </w:r>
    </w:p>
    <w:p w14:paraId="239032A3" w14:textId="77777777" w:rsidR="002240B9" w:rsidRDefault="00C040F0">
      <w:r>
        <w:rPr>
          <w:b/>
          <w:color w:val="4471C4"/>
          <w:sz w:val="28"/>
        </w:rPr>
        <w:t>Step 5: Submit and Post Grades</w:t>
      </w:r>
    </w:p>
    <w:p w14:paraId="6DF3692F" w14:textId="77777777" w:rsidR="002240B9" w:rsidRDefault="00C040F0">
      <w:pPr>
        <w:pStyle w:val="ListBullet"/>
      </w:pPr>
      <w:r>
        <w:t>Click Save after entering grades.</w:t>
      </w:r>
    </w:p>
    <w:p w14:paraId="2E172557" w14:textId="77777777" w:rsidR="002240B9" w:rsidRDefault="00C040F0">
      <w:pPr>
        <w:pStyle w:val="ListBullet"/>
      </w:pPr>
      <w:r>
        <w:t>Select Submit Grades to Registrar from the roster status menu.</w:t>
      </w:r>
    </w:p>
    <w:p w14:paraId="4900386C" w14:textId="77777777" w:rsidR="002240B9" w:rsidRDefault="00C040F0">
      <w:pPr>
        <w:pStyle w:val="ListBullet"/>
      </w:pPr>
      <w:r>
        <w:t>Click Save again.</w:t>
      </w:r>
    </w:p>
    <w:p w14:paraId="28815B75" w14:textId="77777777" w:rsidR="002240B9" w:rsidRDefault="00C040F0">
      <w:pPr>
        <w:pStyle w:val="ListBullet"/>
      </w:pPr>
      <w:r>
        <w:t>Click Post to finalize the submission.</w:t>
      </w:r>
    </w:p>
    <w:p w14:paraId="059E5147" w14:textId="77777777" w:rsidR="002240B9" w:rsidRDefault="00C040F0">
      <w:r>
        <w:rPr>
          <w:b/>
          <w:color w:val="4471C4"/>
          <w:sz w:val="28"/>
        </w:rPr>
        <w:t>Step 6: Confirmation</w:t>
      </w:r>
    </w:p>
    <w:p w14:paraId="25A0C5FE" w14:textId="77777777" w:rsidR="002240B9" w:rsidRDefault="00C040F0">
      <w:pPr>
        <w:pStyle w:val="ListBullet"/>
      </w:pPr>
      <w:r>
        <w:t>Verify the confirmation message indicating grades have been posted.</w:t>
      </w:r>
    </w:p>
    <w:p w14:paraId="23D879C4" w14:textId="77777777" w:rsidR="002240B9" w:rsidRDefault="00C040F0">
      <w:pPr>
        <w:pStyle w:val="ListBullet"/>
      </w:pPr>
      <w:r>
        <w:t>Confirm that the Posted Grade Roster icon appears in Faculty Center.</w:t>
      </w:r>
    </w:p>
    <w:p w14:paraId="42C41B89" w14:textId="77777777" w:rsidR="002240B9" w:rsidRDefault="00C040F0">
      <w:r>
        <w:rPr>
          <w:b/>
          <w:color w:val="4471C4"/>
          <w:sz w:val="28"/>
        </w:rPr>
        <w:lastRenderedPageBreak/>
        <w:t>Step 7: Additional Classes</w:t>
      </w:r>
    </w:p>
    <w:p w14:paraId="78612D9C" w14:textId="77777777" w:rsidR="002240B9" w:rsidRDefault="00C040F0">
      <w:pPr>
        <w:pStyle w:val="ListBullet"/>
      </w:pPr>
      <w:r>
        <w:t>Repeat the process for any remaining course sections.</w:t>
      </w:r>
    </w:p>
    <w:p w14:paraId="431FA784" w14:textId="77777777" w:rsidR="002240B9" w:rsidRDefault="00C040F0">
      <w:r>
        <w:rPr>
          <w:b/>
          <w:color w:val="4471C4"/>
          <w:sz w:val="28"/>
        </w:rPr>
        <w:t>Need to Change a Grade After Posting?</w:t>
      </w:r>
    </w:p>
    <w:p w14:paraId="306A57E2" w14:textId="77777777" w:rsidR="002240B9" w:rsidRDefault="00C040F0">
      <w:r>
        <w:t>Once grades are posted, changes cannot be made through the grade roster. To submit a grade change:</w:t>
      </w:r>
    </w:p>
    <w:p w14:paraId="7ABA4646" w14:textId="77777777" w:rsidR="002240B9" w:rsidRDefault="00C040F0">
      <w:pPr>
        <w:pStyle w:val="ListBullet"/>
      </w:pPr>
      <w:r>
        <w:t>Go to Faculty Center.</w:t>
      </w:r>
    </w:p>
    <w:p w14:paraId="5726EF14" w14:textId="77777777" w:rsidR="002240B9" w:rsidRDefault="00C040F0">
      <w:pPr>
        <w:pStyle w:val="ListBullet"/>
      </w:pPr>
      <w:r>
        <w:t>Select Grade Change Forms.</w:t>
      </w:r>
    </w:p>
    <w:p w14:paraId="0BAEB1A7" w14:textId="77777777" w:rsidR="002240B9" w:rsidRDefault="00C040F0">
      <w:pPr>
        <w:pStyle w:val="ListBullet"/>
      </w:pPr>
      <w:r>
        <w:t>Follow the instructions to submit the request.</w:t>
      </w:r>
    </w:p>
    <w:p w14:paraId="47E20FE9" w14:textId="77777777" w:rsidR="002240B9" w:rsidRDefault="00C040F0">
      <w:r>
        <w:rPr>
          <w:b/>
          <w:color w:val="4471C4"/>
          <w:sz w:val="28"/>
        </w:rPr>
        <w:t>Need Assistance?</w:t>
      </w:r>
    </w:p>
    <w:p w14:paraId="468938FB" w14:textId="3B858D8C" w:rsidR="002240B9" w:rsidRDefault="00C040F0">
      <w:pPr>
        <w:pStyle w:val="ListBullet"/>
      </w:pPr>
      <w:r>
        <w:t xml:space="preserve">CUNYfirst Access Issues: Contact the DOIT Help Desk at x8200 or </w:t>
      </w:r>
      <w:hyperlink r:id="rId10" w:history="1">
        <w:r w:rsidR="001D7721" w:rsidRPr="0070216E">
          <w:rPr>
            <w:rStyle w:val="Hyperlink"/>
          </w:rPr>
          <w:t>helpdesk@jjay.cuny.edu</w:t>
        </w:r>
      </w:hyperlink>
      <w:r>
        <w:t>.</w:t>
      </w:r>
    </w:p>
    <w:p w14:paraId="195BDF23" w14:textId="34B68636" w:rsidR="002240B9" w:rsidRDefault="00C040F0">
      <w:pPr>
        <w:pStyle w:val="ListBullet"/>
      </w:pPr>
      <w:r>
        <w:t xml:space="preserve">Grade Roster Questions: Contact the Registrar's Office at </w:t>
      </w:r>
      <w:hyperlink r:id="rId11" w:history="1">
        <w:r w:rsidR="001D7721" w:rsidRPr="0070216E">
          <w:rPr>
            <w:rStyle w:val="Hyperlink"/>
          </w:rPr>
          <w:t>registrar@jjay.cuny.edu</w:t>
        </w:r>
      </w:hyperlink>
      <w:r>
        <w:t>.</w:t>
      </w:r>
    </w:p>
    <w:sectPr w:rsidR="002240B9" w:rsidSect="00B62F73"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6134D" w14:textId="77777777" w:rsidR="00D9487E" w:rsidRDefault="00D9487E" w:rsidP="00B62F73">
      <w:pPr>
        <w:spacing w:after="0" w:line="240" w:lineRule="auto"/>
      </w:pPr>
      <w:r>
        <w:separator/>
      </w:r>
    </w:p>
  </w:endnote>
  <w:endnote w:type="continuationSeparator" w:id="0">
    <w:p w14:paraId="1DC227B7" w14:textId="77777777" w:rsidR="00D9487E" w:rsidRDefault="00D9487E" w:rsidP="00B6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36582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CE86DF0" w14:textId="125FCF28" w:rsidR="00B62F73" w:rsidRDefault="00B62F73" w:rsidP="00B62F73">
            <w:pPr>
              <w:pStyle w:val="Footer"/>
            </w:pPr>
            <w:r>
              <w:t>Office of the Registrar</w:t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12B42B" w14:textId="77777777" w:rsidR="00B62F73" w:rsidRDefault="00B62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8872D" w14:textId="77777777" w:rsidR="00D9487E" w:rsidRDefault="00D9487E" w:rsidP="00B62F73">
      <w:pPr>
        <w:spacing w:after="0" w:line="240" w:lineRule="auto"/>
      </w:pPr>
      <w:r>
        <w:separator/>
      </w:r>
    </w:p>
  </w:footnote>
  <w:footnote w:type="continuationSeparator" w:id="0">
    <w:p w14:paraId="63B5B68B" w14:textId="77777777" w:rsidR="00D9487E" w:rsidRDefault="00D9487E" w:rsidP="00B62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rhR7g/NM7sZVSHBIN4+1yvJ5jAZZXg3rh7GFxqliof+xffZ53mmLhd9mjldWfuqA60qdRQxfCiaTCCMQwoSEJQ==" w:salt="6HMidE26/8SLOPxxNYcyr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7721"/>
    <w:rsid w:val="002150E3"/>
    <w:rsid w:val="002240B9"/>
    <w:rsid w:val="0029639D"/>
    <w:rsid w:val="00326F90"/>
    <w:rsid w:val="006D6A7C"/>
    <w:rsid w:val="00972170"/>
    <w:rsid w:val="00AA1D8D"/>
    <w:rsid w:val="00B47730"/>
    <w:rsid w:val="00B62F73"/>
    <w:rsid w:val="00BF7EF7"/>
    <w:rsid w:val="00C040F0"/>
    <w:rsid w:val="00CB0664"/>
    <w:rsid w:val="00CE12CA"/>
    <w:rsid w:val="00D21B34"/>
    <w:rsid w:val="00D948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5E7514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62F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F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77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@jjay.cuny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elpdesk@jjay.cuny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ome.cunyfirst.cuny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F9661F-A3A6-4A90-8BCF-F2410160E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1554</Characters>
  <Application>Microsoft Office Word</Application>
  <DocSecurity>8</DocSecurity>
  <Lines>12</Lines>
  <Paragraphs>3</Paragraphs>
  <ScaleCrop>false</ScaleCrop>
  <Manager/>
  <Company/>
  <LinksUpToDate>false</LinksUpToDate>
  <CharactersWithSpaces>1823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2026-10-23T15:51:00Z</dcterms:created>
  <dcterms:modified xsi:type="dcterms:W3CDTF">2026-10-23T16:43:00Z</dcterms:modified>
  <cp:category/>
</cp:coreProperties>
</file>